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3C90B" w14:textId="77777777" w:rsidR="00BC6F7D" w:rsidRPr="00A1103D" w:rsidRDefault="00000000">
      <w:pPr>
        <w:pStyle w:val="Overskrift1"/>
        <w:rPr>
          <w:rFonts w:ascii="Tahoma" w:hAnsi="Tahoma" w:cs="Tahoma"/>
          <w:color w:val="auto"/>
        </w:rPr>
      </w:pPr>
      <w:r w:rsidRPr="00A1103D">
        <w:rPr>
          <w:rFonts w:ascii="Tahoma" w:hAnsi="Tahoma" w:cs="Tahoma"/>
          <w:color w:val="auto"/>
        </w:rPr>
        <w:t>Vilkår for innlevering av varer til Soulution Crew og Soulution Kidz</w:t>
      </w:r>
    </w:p>
    <w:p w14:paraId="7FC38FAD" w14:textId="77777777" w:rsidR="00A1103D" w:rsidRDefault="00A1103D">
      <w:pPr>
        <w:rPr>
          <w:rFonts w:ascii="Tahoma" w:hAnsi="Tahoma" w:cs="Tahoma"/>
        </w:rPr>
      </w:pPr>
    </w:p>
    <w:p w14:paraId="22AA1706" w14:textId="77777777" w:rsidR="00A1103D" w:rsidRDefault="00000000">
      <w:pPr>
        <w:rPr>
          <w:rFonts w:ascii="Tahoma" w:hAnsi="Tahoma" w:cs="Tahoma"/>
        </w:rPr>
      </w:pPr>
      <w:proofErr w:type="spellStart"/>
      <w:r w:rsidRPr="00A1103D">
        <w:rPr>
          <w:rFonts w:ascii="Tahoma" w:hAnsi="Tahoma" w:cs="Tahoma"/>
          <w:b/>
          <w:bCs/>
        </w:rPr>
        <w:t>Leie</w:t>
      </w:r>
      <w:proofErr w:type="spellEnd"/>
      <w:r w:rsidRPr="00A1103D">
        <w:rPr>
          <w:rFonts w:ascii="Tahoma" w:hAnsi="Tahoma" w:cs="Tahoma"/>
          <w:b/>
          <w:bCs/>
        </w:rPr>
        <w:t xml:space="preserve"> </w:t>
      </w:r>
      <w:proofErr w:type="spellStart"/>
      <w:r w:rsidRPr="00A1103D">
        <w:rPr>
          <w:rFonts w:ascii="Tahoma" w:hAnsi="Tahoma" w:cs="Tahoma"/>
          <w:b/>
          <w:bCs/>
        </w:rPr>
        <w:t>salgsstativ</w:t>
      </w:r>
      <w:proofErr w:type="spellEnd"/>
      <w:r w:rsidRPr="00A1103D">
        <w:rPr>
          <w:rFonts w:ascii="Tahoma" w:hAnsi="Tahoma" w:cs="Tahoma"/>
          <w:b/>
          <w:bCs/>
        </w:rPr>
        <w:t xml:space="preserve"> hos Soulution Crew</w:t>
      </w:r>
      <w:r w:rsidRPr="00A1103D">
        <w:rPr>
          <w:rFonts w:ascii="Tahoma" w:hAnsi="Tahoma" w:cs="Tahoma"/>
        </w:rPr>
        <w:br/>
      </w:r>
      <w:r w:rsidRPr="00A1103D">
        <w:rPr>
          <w:rFonts w:ascii="Tahoma" w:hAnsi="Tahoma" w:cs="Tahoma"/>
        </w:rPr>
        <w:br/>
        <w:t>Hos Soulution Crew kan du leie et salgsstativ med plass til:</w:t>
      </w:r>
      <w:r w:rsidRPr="00A1103D">
        <w:rPr>
          <w:rFonts w:ascii="Tahoma" w:hAnsi="Tahoma" w:cs="Tahoma"/>
        </w:rPr>
        <w:br/>
        <w:t>• 20 plagg</w:t>
      </w:r>
      <w:r w:rsidRPr="00A1103D">
        <w:rPr>
          <w:rFonts w:ascii="Tahoma" w:hAnsi="Tahoma" w:cs="Tahoma"/>
        </w:rPr>
        <w:br/>
        <w:t>• 2 par sko</w:t>
      </w:r>
      <w:r w:rsidRPr="00A1103D">
        <w:rPr>
          <w:rFonts w:ascii="Tahoma" w:hAnsi="Tahoma" w:cs="Tahoma"/>
        </w:rPr>
        <w:br/>
        <w:t>• 2 vesker eller annet tilbehør som belter, skjerf eller solbriller</w:t>
      </w:r>
      <w:r w:rsidRPr="00A1103D">
        <w:rPr>
          <w:rFonts w:ascii="Tahoma" w:hAnsi="Tahoma" w:cs="Tahoma"/>
        </w:rPr>
        <w:br/>
      </w:r>
      <w:r w:rsidRPr="00A1103D">
        <w:rPr>
          <w:rFonts w:ascii="Tahoma" w:hAnsi="Tahoma" w:cs="Tahoma"/>
        </w:rPr>
        <w:br/>
        <w:t>Pris for månedsstativ i Crew (voksenbutikk): kr 1 300 per måned.</w:t>
      </w:r>
      <w:r w:rsidRPr="00A1103D">
        <w:rPr>
          <w:rFonts w:ascii="Tahoma" w:hAnsi="Tahoma" w:cs="Tahoma"/>
        </w:rPr>
        <w:br/>
      </w:r>
      <w:r w:rsidRPr="00A1103D">
        <w:rPr>
          <w:rFonts w:ascii="Tahoma" w:hAnsi="Tahoma" w:cs="Tahoma"/>
        </w:rPr>
        <w:br/>
      </w:r>
      <w:r w:rsidRPr="00A1103D">
        <w:rPr>
          <w:rFonts w:ascii="Tahoma" w:hAnsi="Tahoma" w:cs="Tahoma"/>
          <w:b/>
          <w:bCs/>
        </w:rPr>
        <w:t>Abonnement</w:t>
      </w:r>
      <w:r w:rsidRPr="00A1103D">
        <w:rPr>
          <w:rFonts w:ascii="Tahoma" w:hAnsi="Tahoma" w:cs="Tahoma"/>
        </w:rPr>
        <w:br/>
      </w:r>
      <w:r w:rsidRPr="00A1103D">
        <w:rPr>
          <w:rFonts w:ascii="Tahoma" w:hAnsi="Tahoma" w:cs="Tahoma"/>
        </w:rPr>
        <w:br/>
      </w:r>
      <w:r w:rsidRPr="00A1103D">
        <w:rPr>
          <w:rFonts w:ascii="Tahoma" w:hAnsi="Tahoma" w:cs="Tahoma"/>
          <w:b/>
          <w:bCs/>
        </w:rPr>
        <w:t>Soulution Crew</w:t>
      </w:r>
      <w:r w:rsidRPr="00A1103D">
        <w:rPr>
          <w:rFonts w:ascii="Tahoma" w:hAnsi="Tahoma" w:cs="Tahoma"/>
        </w:rPr>
        <w:br/>
        <w:t>• Kr 600 per måned</w:t>
      </w:r>
      <w:r w:rsidRPr="00A1103D">
        <w:rPr>
          <w:rFonts w:ascii="Tahoma" w:hAnsi="Tahoma" w:cs="Tahoma"/>
        </w:rPr>
        <w:br/>
        <w:t>• Inntil 7 varer samtidig (inkludert 1 veske og 1 par sko)</w:t>
      </w:r>
      <w:r w:rsidRPr="00A1103D">
        <w:rPr>
          <w:rFonts w:ascii="Tahoma" w:hAnsi="Tahoma" w:cs="Tahoma"/>
        </w:rPr>
        <w:br/>
        <w:t>• Varene kan stå til salgs så lenge abonnementet er aktivt</w:t>
      </w:r>
      <w:r w:rsidRPr="00A1103D">
        <w:rPr>
          <w:rFonts w:ascii="Tahoma" w:hAnsi="Tahoma" w:cs="Tahoma"/>
        </w:rPr>
        <w:br/>
        <w:t xml:space="preserve">• Én måneds oppsigelsestid. Varene </w:t>
      </w:r>
      <w:proofErr w:type="spellStart"/>
      <w:r w:rsidRPr="00A1103D">
        <w:rPr>
          <w:rFonts w:ascii="Tahoma" w:hAnsi="Tahoma" w:cs="Tahoma"/>
        </w:rPr>
        <w:t>kan</w:t>
      </w:r>
      <w:proofErr w:type="spellEnd"/>
      <w:r w:rsidRPr="00A1103D">
        <w:rPr>
          <w:rFonts w:ascii="Tahoma" w:hAnsi="Tahoma" w:cs="Tahoma"/>
        </w:rPr>
        <w:t xml:space="preserve"> henge </w:t>
      </w:r>
      <w:proofErr w:type="spellStart"/>
      <w:r w:rsidRPr="00A1103D">
        <w:rPr>
          <w:rFonts w:ascii="Tahoma" w:hAnsi="Tahoma" w:cs="Tahoma"/>
        </w:rPr>
        <w:t>ut</w:t>
      </w:r>
      <w:proofErr w:type="spellEnd"/>
      <w:r w:rsidRPr="00A1103D">
        <w:rPr>
          <w:rFonts w:ascii="Tahoma" w:hAnsi="Tahoma" w:cs="Tahoma"/>
        </w:rPr>
        <w:t xml:space="preserve"> </w:t>
      </w:r>
      <w:proofErr w:type="spellStart"/>
      <w:r w:rsidRPr="00A1103D">
        <w:rPr>
          <w:rFonts w:ascii="Tahoma" w:hAnsi="Tahoma" w:cs="Tahoma"/>
        </w:rPr>
        <w:t>oppsigelsesperioden</w:t>
      </w:r>
      <w:proofErr w:type="spellEnd"/>
      <w:r w:rsidRPr="00A1103D">
        <w:rPr>
          <w:rFonts w:ascii="Tahoma" w:hAnsi="Tahoma" w:cs="Tahoma"/>
        </w:rPr>
        <w:t>.</w:t>
      </w:r>
    </w:p>
    <w:p w14:paraId="579123B8" w14:textId="77777777" w:rsidR="00A1103D" w:rsidRDefault="00A1103D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Lever </w:t>
      </w:r>
      <w:proofErr w:type="spellStart"/>
      <w:r>
        <w:rPr>
          <w:rFonts w:ascii="Tahoma" w:hAnsi="Tahoma" w:cs="Tahoma"/>
        </w:rPr>
        <w:t>produktene</w:t>
      </w:r>
      <w:proofErr w:type="spellEnd"/>
      <w:r>
        <w:rPr>
          <w:rFonts w:ascii="Tahoma" w:hAnsi="Tahoma" w:cs="Tahoma"/>
        </w:rPr>
        <w:t xml:space="preserve"> dine 10.30-17.30 </w:t>
      </w:r>
      <w:proofErr w:type="gramStart"/>
      <w:r>
        <w:rPr>
          <w:rFonts w:ascii="Tahoma" w:hAnsi="Tahoma" w:cs="Tahoma"/>
        </w:rPr>
        <w:t>( 10.30</w:t>
      </w:r>
      <w:proofErr w:type="gramEnd"/>
      <w:r>
        <w:rPr>
          <w:rFonts w:ascii="Tahoma" w:hAnsi="Tahoma" w:cs="Tahoma"/>
        </w:rPr>
        <w:t>-15.30)</w:t>
      </w:r>
      <w:r w:rsidR="00000000" w:rsidRPr="00A1103D">
        <w:rPr>
          <w:rFonts w:ascii="Tahoma" w:hAnsi="Tahoma" w:cs="Tahoma"/>
        </w:rPr>
        <w:br/>
      </w:r>
      <w:r w:rsidR="00000000" w:rsidRPr="00A1103D">
        <w:rPr>
          <w:rFonts w:ascii="Tahoma" w:hAnsi="Tahoma" w:cs="Tahoma"/>
        </w:rPr>
        <w:br/>
      </w:r>
      <w:proofErr w:type="spellStart"/>
      <w:r w:rsidR="00000000" w:rsidRPr="00A1103D">
        <w:rPr>
          <w:rFonts w:ascii="Tahoma" w:hAnsi="Tahoma" w:cs="Tahoma"/>
          <w:b/>
          <w:bCs/>
        </w:rPr>
        <w:t>Soulution</w:t>
      </w:r>
      <w:proofErr w:type="spellEnd"/>
      <w:r w:rsidR="00000000" w:rsidRPr="00A1103D">
        <w:rPr>
          <w:rFonts w:ascii="Tahoma" w:hAnsi="Tahoma" w:cs="Tahoma"/>
          <w:b/>
          <w:bCs/>
        </w:rPr>
        <w:t xml:space="preserve"> </w:t>
      </w:r>
      <w:proofErr w:type="spellStart"/>
      <w:r w:rsidR="00000000" w:rsidRPr="00A1103D">
        <w:rPr>
          <w:rFonts w:ascii="Tahoma" w:hAnsi="Tahoma" w:cs="Tahoma"/>
          <w:b/>
          <w:bCs/>
        </w:rPr>
        <w:t>Kidz</w:t>
      </w:r>
      <w:proofErr w:type="spellEnd"/>
      <w:r w:rsidR="00000000" w:rsidRPr="00A1103D">
        <w:rPr>
          <w:rFonts w:ascii="Tahoma" w:hAnsi="Tahoma" w:cs="Tahoma"/>
        </w:rPr>
        <w:br/>
        <w:t>• Kr 300 per måned</w:t>
      </w:r>
      <w:r w:rsidR="00000000" w:rsidRPr="00A1103D">
        <w:rPr>
          <w:rFonts w:ascii="Tahoma" w:hAnsi="Tahoma" w:cs="Tahoma"/>
        </w:rPr>
        <w:br/>
        <w:t>• Fast månedlig trekk</w:t>
      </w:r>
      <w:r w:rsidR="00000000" w:rsidRPr="00A1103D">
        <w:rPr>
          <w:rFonts w:ascii="Tahoma" w:hAnsi="Tahoma" w:cs="Tahoma"/>
        </w:rPr>
        <w:br/>
        <w:t xml:space="preserve">• Inntil 15 </w:t>
      </w:r>
      <w:proofErr w:type="spellStart"/>
      <w:r w:rsidR="00000000" w:rsidRPr="00A1103D">
        <w:rPr>
          <w:rFonts w:ascii="Tahoma" w:hAnsi="Tahoma" w:cs="Tahoma"/>
        </w:rPr>
        <w:t>plagg</w:t>
      </w:r>
      <w:proofErr w:type="spellEnd"/>
      <w:r w:rsidR="00000000" w:rsidRPr="00A1103D">
        <w:rPr>
          <w:rFonts w:ascii="Tahoma" w:hAnsi="Tahoma" w:cs="Tahoma"/>
        </w:rPr>
        <w:t xml:space="preserve"> </w:t>
      </w:r>
      <w:proofErr w:type="spellStart"/>
      <w:r w:rsidR="00000000" w:rsidRPr="00A1103D">
        <w:rPr>
          <w:rFonts w:ascii="Tahoma" w:hAnsi="Tahoma" w:cs="Tahoma"/>
        </w:rPr>
        <w:t>eller</w:t>
      </w:r>
      <w:proofErr w:type="spellEnd"/>
      <w:r w:rsidR="00000000" w:rsidRPr="00A1103D">
        <w:rPr>
          <w:rFonts w:ascii="Tahoma" w:hAnsi="Tahoma" w:cs="Tahoma"/>
        </w:rPr>
        <w:t xml:space="preserve"> </w:t>
      </w:r>
      <w:proofErr w:type="spellStart"/>
      <w:r w:rsidR="00000000" w:rsidRPr="00A1103D">
        <w:rPr>
          <w:rFonts w:ascii="Tahoma" w:hAnsi="Tahoma" w:cs="Tahoma"/>
        </w:rPr>
        <w:t>produkter</w:t>
      </w:r>
      <w:proofErr w:type="spellEnd"/>
      <w:r w:rsidR="00000000" w:rsidRPr="00A1103D">
        <w:rPr>
          <w:rFonts w:ascii="Tahoma" w:hAnsi="Tahoma" w:cs="Tahoma"/>
        </w:rPr>
        <w:t xml:space="preserve"> </w:t>
      </w:r>
      <w:proofErr w:type="spellStart"/>
      <w:r w:rsidR="00000000" w:rsidRPr="00A1103D">
        <w:rPr>
          <w:rFonts w:ascii="Tahoma" w:hAnsi="Tahoma" w:cs="Tahoma"/>
        </w:rPr>
        <w:t>samtidig</w:t>
      </w:r>
      <w:proofErr w:type="spellEnd"/>
    </w:p>
    <w:p w14:paraId="7D042D48" w14:textId="1AE23D1D" w:rsidR="00BC6F7D" w:rsidRPr="00A1103D" w:rsidRDefault="00A1103D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Lever </w:t>
      </w:r>
      <w:proofErr w:type="spellStart"/>
      <w:r>
        <w:rPr>
          <w:rFonts w:ascii="Tahoma" w:hAnsi="Tahoma" w:cs="Tahoma"/>
        </w:rPr>
        <w:t>produktene</w:t>
      </w:r>
      <w:proofErr w:type="spellEnd"/>
      <w:r>
        <w:rPr>
          <w:rFonts w:ascii="Tahoma" w:hAnsi="Tahoma" w:cs="Tahoma"/>
        </w:rPr>
        <w:t xml:space="preserve"> dine 10.30-17.30 ( 10.30-15.30)</w:t>
      </w:r>
      <w:r w:rsidR="00000000" w:rsidRPr="00A1103D">
        <w:rPr>
          <w:rFonts w:ascii="Tahoma" w:hAnsi="Tahoma" w:cs="Tahoma"/>
        </w:rPr>
        <w:br/>
      </w:r>
      <w:r w:rsidR="00000000" w:rsidRPr="00A1103D">
        <w:rPr>
          <w:rFonts w:ascii="Tahoma" w:hAnsi="Tahoma" w:cs="Tahoma"/>
        </w:rPr>
        <w:br/>
        <w:t xml:space="preserve">For </w:t>
      </w:r>
      <w:proofErr w:type="spellStart"/>
      <w:r w:rsidR="00000000" w:rsidRPr="00A1103D">
        <w:rPr>
          <w:rFonts w:ascii="Tahoma" w:hAnsi="Tahoma" w:cs="Tahoma"/>
        </w:rPr>
        <w:t>både</w:t>
      </w:r>
      <w:proofErr w:type="spellEnd"/>
      <w:r w:rsidR="00000000" w:rsidRPr="00A1103D">
        <w:rPr>
          <w:rFonts w:ascii="Tahoma" w:hAnsi="Tahoma" w:cs="Tahoma"/>
        </w:rPr>
        <w:t xml:space="preserve"> </w:t>
      </w:r>
      <w:proofErr w:type="spellStart"/>
      <w:r w:rsidR="00000000" w:rsidRPr="00A1103D">
        <w:rPr>
          <w:rFonts w:ascii="Tahoma" w:hAnsi="Tahoma" w:cs="Tahoma"/>
        </w:rPr>
        <w:t>månedsstativ</w:t>
      </w:r>
      <w:proofErr w:type="spellEnd"/>
      <w:r w:rsidR="00000000" w:rsidRPr="00A1103D">
        <w:rPr>
          <w:rFonts w:ascii="Tahoma" w:hAnsi="Tahoma" w:cs="Tahoma"/>
        </w:rPr>
        <w:t xml:space="preserve"> og abonnement beholder du 75 % av salgsprisen, mens 25 % går til drift av butikken.</w:t>
      </w:r>
      <w:r w:rsidR="00000000" w:rsidRPr="00A1103D">
        <w:rPr>
          <w:rFonts w:ascii="Tahoma" w:hAnsi="Tahoma" w:cs="Tahoma"/>
        </w:rPr>
        <w:br/>
      </w:r>
      <w:r w:rsidR="00000000" w:rsidRPr="00A1103D">
        <w:rPr>
          <w:rFonts w:ascii="Tahoma" w:hAnsi="Tahoma" w:cs="Tahoma"/>
        </w:rPr>
        <w:br/>
      </w:r>
      <w:r w:rsidR="00000000" w:rsidRPr="00A1103D">
        <w:rPr>
          <w:rFonts w:ascii="Tahoma" w:hAnsi="Tahoma" w:cs="Tahoma"/>
          <w:b/>
          <w:bCs/>
        </w:rPr>
        <w:t>Utbetaling</w:t>
      </w:r>
      <w:r w:rsidR="00000000" w:rsidRPr="00A1103D">
        <w:rPr>
          <w:rFonts w:ascii="Tahoma" w:hAnsi="Tahoma" w:cs="Tahoma"/>
        </w:rPr>
        <w:br/>
      </w:r>
      <w:r w:rsidR="00000000" w:rsidRPr="00A1103D">
        <w:rPr>
          <w:rFonts w:ascii="Tahoma" w:hAnsi="Tahoma" w:cs="Tahoma"/>
        </w:rPr>
        <w:br/>
        <w:t>Månedsstativ: Utbetaling skjer senest 14 dager etter avsluttet salgsmåned.</w:t>
      </w:r>
      <w:r w:rsidR="00000000" w:rsidRPr="00A1103D">
        <w:rPr>
          <w:rFonts w:ascii="Tahoma" w:hAnsi="Tahoma" w:cs="Tahoma"/>
        </w:rPr>
        <w:br/>
      </w:r>
      <w:r w:rsidR="00000000" w:rsidRPr="00A1103D">
        <w:rPr>
          <w:rFonts w:ascii="Tahoma" w:hAnsi="Tahoma" w:cs="Tahoma"/>
        </w:rPr>
        <w:br/>
        <w:t xml:space="preserve">Abonnement: </w:t>
      </w:r>
      <w:proofErr w:type="spellStart"/>
      <w:r w:rsidR="00000000" w:rsidRPr="00A1103D">
        <w:rPr>
          <w:rFonts w:ascii="Tahoma" w:hAnsi="Tahoma" w:cs="Tahoma"/>
        </w:rPr>
        <w:t>Utbetaling</w:t>
      </w:r>
      <w:proofErr w:type="spellEnd"/>
      <w:r w:rsidR="00000000" w:rsidRPr="00A1103D">
        <w:rPr>
          <w:rFonts w:ascii="Tahoma" w:hAnsi="Tahoma" w:cs="Tahoma"/>
        </w:rPr>
        <w:t xml:space="preserve"> </w:t>
      </w:r>
      <w:proofErr w:type="spellStart"/>
      <w:r w:rsidR="00000000" w:rsidRPr="00A1103D">
        <w:rPr>
          <w:rFonts w:ascii="Tahoma" w:hAnsi="Tahoma" w:cs="Tahoma"/>
        </w:rPr>
        <w:t>skjer</w:t>
      </w:r>
      <w:proofErr w:type="spellEnd"/>
      <w:r w:rsidR="00000000" w:rsidRPr="00A1103D">
        <w:rPr>
          <w:rFonts w:ascii="Tahoma" w:hAnsi="Tahoma" w:cs="Tahoma"/>
        </w:rPr>
        <w:t xml:space="preserve"> </w:t>
      </w:r>
      <w:proofErr w:type="spellStart"/>
      <w:r w:rsidR="00000000" w:rsidRPr="00A1103D">
        <w:rPr>
          <w:rFonts w:ascii="Tahoma" w:hAnsi="Tahoma" w:cs="Tahoma"/>
        </w:rPr>
        <w:t>i</w:t>
      </w:r>
      <w:proofErr w:type="spellEnd"/>
      <w:r w:rsidR="00000000" w:rsidRPr="00A1103D"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starten</w:t>
      </w:r>
      <w:proofErr w:type="spellEnd"/>
      <w:r>
        <w:rPr>
          <w:rFonts w:ascii="Tahoma" w:hAnsi="Tahoma" w:cs="Tahoma"/>
        </w:rPr>
        <w:t xml:space="preserve"> av </w:t>
      </w:r>
      <w:r w:rsidR="00000000" w:rsidRPr="00A1103D">
        <w:rPr>
          <w:rFonts w:ascii="Tahoma" w:hAnsi="Tahoma" w:cs="Tahoma"/>
        </w:rPr>
        <w:t xml:space="preserve">mars, </w:t>
      </w:r>
      <w:proofErr w:type="spellStart"/>
      <w:r w:rsidR="00000000" w:rsidRPr="00A1103D">
        <w:rPr>
          <w:rFonts w:ascii="Tahoma" w:hAnsi="Tahoma" w:cs="Tahoma"/>
        </w:rPr>
        <w:t>juni</w:t>
      </w:r>
      <w:proofErr w:type="spellEnd"/>
      <w:r w:rsidR="00000000" w:rsidRPr="00A1103D">
        <w:rPr>
          <w:rFonts w:ascii="Tahoma" w:hAnsi="Tahoma" w:cs="Tahoma"/>
        </w:rPr>
        <w:t xml:space="preserve">, </w:t>
      </w:r>
      <w:proofErr w:type="spellStart"/>
      <w:r w:rsidR="00000000" w:rsidRPr="00A1103D">
        <w:rPr>
          <w:rFonts w:ascii="Tahoma" w:hAnsi="Tahoma" w:cs="Tahoma"/>
        </w:rPr>
        <w:t>september</w:t>
      </w:r>
      <w:proofErr w:type="spellEnd"/>
      <w:r w:rsidR="00000000" w:rsidRPr="00A1103D">
        <w:rPr>
          <w:rFonts w:ascii="Tahoma" w:hAnsi="Tahoma" w:cs="Tahoma"/>
        </w:rPr>
        <w:t xml:space="preserve"> </w:t>
      </w:r>
      <w:proofErr w:type="spellStart"/>
      <w:r w:rsidR="00000000" w:rsidRPr="00A1103D">
        <w:rPr>
          <w:rFonts w:ascii="Tahoma" w:hAnsi="Tahoma" w:cs="Tahoma"/>
        </w:rPr>
        <w:t>og</w:t>
      </w:r>
      <w:proofErr w:type="spellEnd"/>
      <w:r w:rsidR="00000000" w:rsidRPr="00A1103D">
        <w:rPr>
          <w:rFonts w:ascii="Tahoma" w:hAnsi="Tahoma" w:cs="Tahoma"/>
        </w:rPr>
        <w:t xml:space="preserve"> </w:t>
      </w:r>
      <w:proofErr w:type="spellStart"/>
      <w:r w:rsidR="00000000" w:rsidRPr="00A1103D">
        <w:rPr>
          <w:rFonts w:ascii="Tahoma" w:hAnsi="Tahoma" w:cs="Tahoma"/>
        </w:rPr>
        <w:t>desember</w:t>
      </w:r>
      <w:proofErr w:type="spellEnd"/>
      <w:r w:rsidR="00000000" w:rsidRPr="00A1103D">
        <w:rPr>
          <w:rFonts w:ascii="Tahoma" w:hAnsi="Tahoma" w:cs="Tahoma"/>
        </w:rPr>
        <w:t>.</w:t>
      </w:r>
      <w:r w:rsidR="00000000" w:rsidRPr="00A1103D">
        <w:rPr>
          <w:rFonts w:ascii="Tahoma" w:hAnsi="Tahoma" w:cs="Tahoma"/>
        </w:rPr>
        <w:br/>
      </w:r>
      <w:r w:rsidR="00000000" w:rsidRPr="00A1103D">
        <w:rPr>
          <w:rFonts w:ascii="Tahoma" w:hAnsi="Tahoma" w:cs="Tahoma"/>
        </w:rPr>
        <w:br/>
      </w:r>
      <w:r w:rsidR="00000000" w:rsidRPr="00A1103D">
        <w:rPr>
          <w:rFonts w:ascii="Tahoma" w:hAnsi="Tahoma" w:cs="Tahoma"/>
          <w:b/>
          <w:bCs/>
        </w:rPr>
        <w:t>Innlevering og prising</w:t>
      </w:r>
      <w:r w:rsidR="00000000" w:rsidRPr="00A1103D">
        <w:rPr>
          <w:rFonts w:ascii="Tahoma" w:hAnsi="Tahoma" w:cs="Tahoma"/>
        </w:rPr>
        <w:br/>
      </w:r>
      <w:r w:rsidR="00000000" w:rsidRPr="00A1103D">
        <w:rPr>
          <w:rFonts w:ascii="Tahoma" w:hAnsi="Tahoma" w:cs="Tahoma"/>
        </w:rPr>
        <w:br/>
      </w:r>
      <w:r w:rsidR="00000000" w:rsidRPr="00A1103D">
        <w:rPr>
          <w:rFonts w:ascii="Tahoma" w:hAnsi="Tahoma" w:cs="Tahoma"/>
        </w:rPr>
        <w:lastRenderedPageBreak/>
        <w:t>Etter at du har registrert abonnementet ditt og opprettet en profil i Zellr, kan du komme og henge opp varene når det passer innenfor butikkens åpningstider.</w:t>
      </w:r>
      <w:r w:rsidR="00000000" w:rsidRPr="00A1103D">
        <w:rPr>
          <w:rFonts w:ascii="Tahoma" w:hAnsi="Tahoma" w:cs="Tahoma"/>
        </w:rPr>
        <w:br/>
      </w:r>
      <w:r w:rsidR="00000000" w:rsidRPr="00A1103D">
        <w:rPr>
          <w:rFonts w:ascii="Tahoma" w:hAnsi="Tahoma" w:cs="Tahoma"/>
        </w:rPr>
        <w:br/>
        <w:t>Du bestemmer salgsprisen selv. Sammenlign gjerne med Tise, FINN og tilsvarende varer i butikk.</w:t>
      </w:r>
      <w:r w:rsidR="00000000" w:rsidRPr="00A1103D">
        <w:rPr>
          <w:rFonts w:ascii="Tahoma" w:hAnsi="Tahoma" w:cs="Tahoma"/>
        </w:rPr>
        <w:br/>
      </w:r>
      <w:r w:rsidR="00000000" w:rsidRPr="00A1103D">
        <w:rPr>
          <w:rFonts w:ascii="Tahoma" w:hAnsi="Tahoma" w:cs="Tahoma"/>
        </w:rPr>
        <w:br/>
      </w:r>
      <w:r w:rsidR="00000000" w:rsidRPr="00A1103D">
        <w:rPr>
          <w:rFonts w:ascii="Tahoma" w:hAnsi="Tahoma" w:cs="Tahoma"/>
          <w:b/>
          <w:bCs/>
        </w:rPr>
        <w:t>Månedsstativ i Crew</w:t>
      </w:r>
      <w:r w:rsidR="00000000" w:rsidRPr="00A1103D">
        <w:rPr>
          <w:rFonts w:ascii="Tahoma" w:hAnsi="Tahoma" w:cs="Tahoma"/>
        </w:rPr>
        <w:br/>
      </w:r>
      <w:r w:rsidR="00000000" w:rsidRPr="00A1103D">
        <w:rPr>
          <w:rFonts w:ascii="Tahoma" w:hAnsi="Tahoma" w:cs="Tahoma"/>
        </w:rPr>
        <w:br/>
        <w:t>Salgsperioden varer i fire uker.</w:t>
      </w:r>
      <w:r w:rsidR="00000000" w:rsidRPr="00A1103D">
        <w:rPr>
          <w:rFonts w:ascii="Tahoma" w:hAnsi="Tahoma" w:cs="Tahoma"/>
        </w:rPr>
        <w:br/>
      </w:r>
      <w:r w:rsidR="00000000" w:rsidRPr="00A1103D">
        <w:rPr>
          <w:rFonts w:ascii="Tahoma" w:hAnsi="Tahoma" w:cs="Tahoma"/>
        </w:rPr>
        <w:br/>
        <w:t xml:space="preserve">Du </w:t>
      </w:r>
      <w:proofErr w:type="spellStart"/>
      <w:r w:rsidR="00000000" w:rsidRPr="00A1103D">
        <w:rPr>
          <w:rFonts w:ascii="Tahoma" w:hAnsi="Tahoma" w:cs="Tahoma"/>
        </w:rPr>
        <w:t>kommer</w:t>
      </w:r>
      <w:proofErr w:type="spellEnd"/>
      <w:r w:rsidR="00000000" w:rsidRPr="00A1103D"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mellom</w:t>
      </w:r>
      <w:proofErr w:type="spellEnd"/>
      <w:r>
        <w:rPr>
          <w:rFonts w:ascii="Tahoma" w:hAnsi="Tahoma" w:cs="Tahoma"/>
        </w:rPr>
        <w:t xml:space="preserve"> 10.30-17.30 </w:t>
      </w:r>
      <w:proofErr w:type="spellStart"/>
      <w:r w:rsidR="00000000" w:rsidRPr="00A1103D">
        <w:rPr>
          <w:rFonts w:ascii="Tahoma" w:hAnsi="Tahoma" w:cs="Tahoma"/>
          <w:b/>
          <w:bCs/>
        </w:rPr>
        <w:t>siste</w:t>
      </w:r>
      <w:proofErr w:type="spellEnd"/>
      <w:r w:rsidR="00000000" w:rsidRPr="00A1103D">
        <w:rPr>
          <w:rFonts w:ascii="Tahoma" w:hAnsi="Tahoma" w:cs="Tahoma"/>
        </w:rPr>
        <w:t xml:space="preserve"> </w:t>
      </w:r>
      <w:proofErr w:type="spellStart"/>
      <w:r w:rsidR="00000000" w:rsidRPr="00A1103D">
        <w:rPr>
          <w:rFonts w:ascii="Tahoma" w:hAnsi="Tahoma" w:cs="Tahoma"/>
        </w:rPr>
        <w:t>torsdag</w:t>
      </w:r>
      <w:r>
        <w:rPr>
          <w:rFonts w:ascii="Tahoma" w:hAnsi="Tahoma" w:cs="Tahoma"/>
        </w:rPr>
        <w:t>en</w:t>
      </w:r>
      <w:proofErr w:type="spellEnd"/>
      <w:r w:rsidR="00000000" w:rsidRPr="00A1103D">
        <w:rPr>
          <w:rFonts w:ascii="Tahoma" w:hAnsi="Tahoma" w:cs="Tahoma"/>
        </w:rPr>
        <w:t xml:space="preserve"> </w:t>
      </w:r>
      <w:proofErr w:type="spellStart"/>
      <w:r w:rsidR="00000000" w:rsidRPr="00A1103D">
        <w:rPr>
          <w:rFonts w:ascii="Tahoma" w:hAnsi="Tahoma" w:cs="Tahoma"/>
        </w:rPr>
        <w:t>i</w:t>
      </w:r>
      <w:proofErr w:type="spellEnd"/>
      <w:r w:rsidR="00000000" w:rsidRPr="00A1103D">
        <w:rPr>
          <w:rFonts w:ascii="Tahoma" w:hAnsi="Tahoma" w:cs="Tahoma"/>
        </w:rPr>
        <w:t xml:space="preserve"> </w:t>
      </w:r>
      <w:proofErr w:type="spellStart"/>
      <w:r w:rsidR="00000000" w:rsidRPr="00A1103D">
        <w:rPr>
          <w:rFonts w:ascii="Tahoma" w:hAnsi="Tahoma" w:cs="Tahoma"/>
        </w:rPr>
        <w:t>måneden</w:t>
      </w:r>
      <w:proofErr w:type="spellEnd"/>
      <w:r w:rsidR="00000000" w:rsidRPr="00A1103D">
        <w:rPr>
          <w:rFonts w:ascii="Tahoma" w:hAnsi="Tahoma" w:cs="Tahoma"/>
        </w:rPr>
        <w:t xml:space="preserve"> </w:t>
      </w:r>
      <w:proofErr w:type="spellStart"/>
      <w:r w:rsidR="00000000" w:rsidRPr="00A1103D">
        <w:rPr>
          <w:rFonts w:ascii="Tahoma" w:hAnsi="Tahoma" w:cs="Tahoma"/>
        </w:rPr>
        <w:t>før</w:t>
      </w:r>
      <w:proofErr w:type="spellEnd"/>
      <w:r w:rsidR="00000000" w:rsidRPr="00A1103D">
        <w:rPr>
          <w:rFonts w:ascii="Tahoma" w:hAnsi="Tahoma" w:cs="Tahoma"/>
        </w:rPr>
        <w:t xml:space="preserve"> salgsperioden starter for å henge opp varene. Usolgte varer hentes siste onsdag i måneden mellom kl. 10.30 og 17.30, eller etter avtale.</w:t>
      </w:r>
      <w:r w:rsidR="00000000" w:rsidRPr="00A1103D">
        <w:rPr>
          <w:rFonts w:ascii="Tahoma" w:hAnsi="Tahoma" w:cs="Tahoma"/>
        </w:rPr>
        <w:br/>
      </w:r>
      <w:r w:rsidR="00000000" w:rsidRPr="00A1103D">
        <w:rPr>
          <w:rFonts w:ascii="Tahoma" w:hAnsi="Tahoma" w:cs="Tahoma"/>
        </w:rPr>
        <w:br/>
        <w:t>Vi har stativer og kleshengere tilgjengelig og ønsker ikke at egne hengere brukes.</w:t>
      </w:r>
      <w:r w:rsidR="00000000" w:rsidRPr="00A1103D">
        <w:rPr>
          <w:rFonts w:ascii="Tahoma" w:hAnsi="Tahoma" w:cs="Tahoma"/>
        </w:rPr>
        <w:br/>
      </w:r>
      <w:r w:rsidR="00000000" w:rsidRPr="00A1103D">
        <w:rPr>
          <w:rFonts w:ascii="Tahoma" w:hAnsi="Tahoma" w:cs="Tahoma"/>
        </w:rPr>
        <w:br/>
        <w:t>Ønsker du å donere usolgte varer, setter vi stor pris på det.</w:t>
      </w:r>
      <w:r w:rsidR="00000000" w:rsidRPr="00A1103D">
        <w:rPr>
          <w:rFonts w:ascii="Tahoma" w:hAnsi="Tahoma" w:cs="Tahoma"/>
        </w:rPr>
        <w:br/>
      </w:r>
      <w:r w:rsidR="00000000" w:rsidRPr="00A1103D">
        <w:rPr>
          <w:rFonts w:ascii="Tahoma" w:hAnsi="Tahoma" w:cs="Tahoma"/>
        </w:rPr>
        <w:br/>
        <w:t>Nedpakking av varer utføres mot et gebyr på kr 500 dersom du ikke kan gjøre det selv.</w:t>
      </w:r>
      <w:r w:rsidR="00000000" w:rsidRPr="00A1103D">
        <w:rPr>
          <w:rFonts w:ascii="Tahoma" w:hAnsi="Tahoma" w:cs="Tahoma"/>
        </w:rPr>
        <w:br/>
      </w:r>
      <w:r w:rsidR="00000000" w:rsidRPr="00A1103D">
        <w:rPr>
          <w:rFonts w:ascii="Tahoma" w:hAnsi="Tahoma" w:cs="Tahoma"/>
        </w:rPr>
        <w:br/>
      </w:r>
      <w:r w:rsidR="00000000" w:rsidRPr="00A1103D">
        <w:rPr>
          <w:rFonts w:ascii="Tahoma" w:hAnsi="Tahoma" w:cs="Tahoma"/>
          <w:b/>
          <w:bCs/>
        </w:rPr>
        <w:t>Ansvar</w:t>
      </w:r>
      <w:r w:rsidR="00000000" w:rsidRPr="00A1103D">
        <w:rPr>
          <w:rFonts w:ascii="Tahoma" w:hAnsi="Tahoma" w:cs="Tahoma"/>
        </w:rPr>
        <w:br/>
      </w:r>
      <w:r w:rsidR="00000000" w:rsidRPr="00A1103D">
        <w:rPr>
          <w:rFonts w:ascii="Tahoma" w:hAnsi="Tahoma" w:cs="Tahoma"/>
        </w:rPr>
        <w:br/>
        <w:t>Soulution Crew kan ikke holdes ansvarlig for tyveri, brann, vannskader eller andre uforutsette hendelser, eller for normal slitasje under håndtering.</w:t>
      </w:r>
      <w:r w:rsidR="00000000" w:rsidRPr="00A1103D">
        <w:rPr>
          <w:rFonts w:ascii="Tahoma" w:hAnsi="Tahoma" w:cs="Tahoma"/>
        </w:rPr>
        <w:br/>
      </w:r>
      <w:r w:rsidR="00000000" w:rsidRPr="00A1103D">
        <w:rPr>
          <w:rFonts w:ascii="Tahoma" w:hAnsi="Tahoma" w:cs="Tahoma"/>
        </w:rPr>
        <w:br/>
        <w:t xml:space="preserve">Krav </w:t>
      </w:r>
      <w:proofErr w:type="spellStart"/>
      <w:r w:rsidR="00000000" w:rsidRPr="00A1103D">
        <w:rPr>
          <w:rFonts w:ascii="Tahoma" w:hAnsi="Tahoma" w:cs="Tahoma"/>
        </w:rPr>
        <w:t>til</w:t>
      </w:r>
      <w:proofErr w:type="spellEnd"/>
      <w:r w:rsidR="00000000" w:rsidRPr="00A1103D">
        <w:rPr>
          <w:rFonts w:ascii="Tahoma" w:hAnsi="Tahoma" w:cs="Tahoma"/>
        </w:rPr>
        <w:t xml:space="preserve"> </w:t>
      </w:r>
      <w:proofErr w:type="spellStart"/>
      <w:r w:rsidR="00000000" w:rsidRPr="00A1103D">
        <w:rPr>
          <w:rFonts w:ascii="Tahoma" w:hAnsi="Tahoma" w:cs="Tahoma"/>
        </w:rPr>
        <w:t>varer</w:t>
      </w:r>
      <w:proofErr w:type="spellEnd"/>
      <w:r>
        <w:rPr>
          <w:rFonts w:ascii="Tahoma" w:hAnsi="Tahoma" w:cs="Tahoma"/>
        </w:rPr>
        <w:t>:</w:t>
      </w:r>
      <w:r w:rsidR="00000000" w:rsidRPr="00A1103D">
        <w:rPr>
          <w:rFonts w:ascii="Tahoma" w:hAnsi="Tahoma" w:cs="Tahoma"/>
        </w:rPr>
        <w:br/>
      </w:r>
      <w:r w:rsidR="00000000" w:rsidRPr="00A1103D">
        <w:rPr>
          <w:rFonts w:ascii="Tahoma" w:hAnsi="Tahoma" w:cs="Tahoma"/>
        </w:rPr>
        <w:br/>
        <w:t xml:space="preserve">• Du </w:t>
      </w:r>
      <w:proofErr w:type="spellStart"/>
      <w:r w:rsidR="00000000" w:rsidRPr="00A1103D">
        <w:rPr>
          <w:rFonts w:ascii="Tahoma" w:hAnsi="Tahoma" w:cs="Tahoma"/>
        </w:rPr>
        <w:t>må</w:t>
      </w:r>
      <w:proofErr w:type="spellEnd"/>
      <w:r w:rsidR="00000000" w:rsidRPr="00A1103D">
        <w:rPr>
          <w:rFonts w:ascii="Tahoma" w:hAnsi="Tahoma" w:cs="Tahoma"/>
        </w:rPr>
        <w:t xml:space="preserve"> være fylt 18 år.</w:t>
      </w:r>
      <w:r w:rsidR="00000000" w:rsidRPr="00A1103D">
        <w:rPr>
          <w:rFonts w:ascii="Tahoma" w:hAnsi="Tahoma" w:cs="Tahoma"/>
        </w:rPr>
        <w:br/>
        <w:t>• Du må eie varene du leverer inn.</w:t>
      </w:r>
      <w:r w:rsidR="00000000" w:rsidRPr="00A1103D">
        <w:rPr>
          <w:rFonts w:ascii="Tahoma" w:hAnsi="Tahoma" w:cs="Tahoma"/>
        </w:rPr>
        <w:br/>
        <w:t>• Varene skal være hele, rene og røykfrie.</w:t>
      </w:r>
      <w:r w:rsidR="00000000" w:rsidRPr="00A1103D">
        <w:rPr>
          <w:rFonts w:ascii="Tahoma" w:hAnsi="Tahoma" w:cs="Tahoma"/>
        </w:rPr>
        <w:br/>
        <w:t>• Ingen nupper, flekker eller skader.</w:t>
      </w:r>
      <w:r w:rsidR="00000000" w:rsidRPr="00A1103D">
        <w:rPr>
          <w:rFonts w:ascii="Tahoma" w:hAnsi="Tahoma" w:cs="Tahoma"/>
        </w:rPr>
        <w:br/>
        <w:t>• Ullplagg må være fri for møll.</w:t>
      </w:r>
      <w:r w:rsidR="00000000" w:rsidRPr="00A1103D">
        <w:rPr>
          <w:rFonts w:ascii="Tahoma" w:hAnsi="Tahoma" w:cs="Tahoma"/>
        </w:rPr>
        <w:br/>
        <w:t>• Sko skal være rengjorte.</w:t>
      </w:r>
      <w:r w:rsidR="00000000" w:rsidRPr="00A1103D">
        <w:rPr>
          <w:rFonts w:ascii="Tahoma" w:hAnsi="Tahoma" w:cs="Tahoma"/>
        </w:rPr>
        <w:br/>
      </w:r>
      <w:r w:rsidR="00000000" w:rsidRPr="00A1103D">
        <w:rPr>
          <w:rFonts w:ascii="Tahoma" w:hAnsi="Tahoma" w:cs="Tahoma"/>
        </w:rPr>
        <w:br/>
        <w:t xml:space="preserve">Vi tar </w:t>
      </w:r>
      <w:proofErr w:type="spellStart"/>
      <w:r w:rsidR="00000000" w:rsidRPr="00A1103D">
        <w:rPr>
          <w:rFonts w:ascii="Tahoma" w:hAnsi="Tahoma" w:cs="Tahoma"/>
        </w:rPr>
        <w:t>imot</w:t>
      </w:r>
      <w:proofErr w:type="spellEnd"/>
      <w:r>
        <w:rPr>
          <w:rFonts w:ascii="Tahoma" w:hAnsi="Tahoma" w:cs="Tahoma"/>
        </w:rPr>
        <w:t>:</w:t>
      </w:r>
      <w:r w:rsidR="00000000" w:rsidRPr="00A1103D">
        <w:rPr>
          <w:rFonts w:ascii="Tahoma" w:hAnsi="Tahoma" w:cs="Tahoma"/>
        </w:rPr>
        <w:br/>
      </w:r>
      <w:r w:rsidR="00000000" w:rsidRPr="00A1103D">
        <w:rPr>
          <w:rFonts w:ascii="Tahoma" w:hAnsi="Tahoma" w:cs="Tahoma"/>
        </w:rPr>
        <w:br/>
        <w:t xml:space="preserve">• </w:t>
      </w:r>
      <w:proofErr w:type="spellStart"/>
      <w:r w:rsidR="00000000" w:rsidRPr="00A1103D">
        <w:rPr>
          <w:rFonts w:ascii="Tahoma" w:hAnsi="Tahoma" w:cs="Tahoma"/>
        </w:rPr>
        <w:t>Yttertøy</w:t>
      </w:r>
      <w:proofErr w:type="spellEnd"/>
      <w:r w:rsidR="00000000" w:rsidRPr="00A1103D">
        <w:rPr>
          <w:rFonts w:ascii="Tahoma" w:hAnsi="Tahoma" w:cs="Tahoma"/>
        </w:rPr>
        <w:br/>
        <w:t>• Klær</w:t>
      </w:r>
      <w:r w:rsidR="00000000" w:rsidRPr="00A1103D">
        <w:rPr>
          <w:rFonts w:ascii="Tahoma" w:hAnsi="Tahoma" w:cs="Tahoma"/>
        </w:rPr>
        <w:br/>
        <w:t>• Sko</w:t>
      </w:r>
      <w:r w:rsidR="00000000" w:rsidRPr="00A1103D">
        <w:rPr>
          <w:rFonts w:ascii="Tahoma" w:hAnsi="Tahoma" w:cs="Tahoma"/>
        </w:rPr>
        <w:br/>
        <w:t>• Vesker og tilbehør</w:t>
      </w:r>
      <w:r w:rsidR="00000000" w:rsidRPr="00A1103D">
        <w:rPr>
          <w:rFonts w:ascii="Tahoma" w:hAnsi="Tahoma" w:cs="Tahoma"/>
        </w:rPr>
        <w:br/>
        <w:t>• Moderne klær</w:t>
      </w:r>
      <w:r w:rsidR="00000000" w:rsidRPr="00A1103D">
        <w:rPr>
          <w:rFonts w:ascii="Tahoma" w:hAnsi="Tahoma" w:cs="Tahoma"/>
        </w:rPr>
        <w:br/>
        <w:t>• Vintage</w:t>
      </w:r>
      <w:r w:rsidR="00000000" w:rsidRPr="00A1103D">
        <w:rPr>
          <w:rFonts w:ascii="Tahoma" w:hAnsi="Tahoma" w:cs="Tahoma"/>
        </w:rPr>
        <w:br/>
      </w:r>
      <w:r w:rsidR="00000000" w:rsidRPr="00A1103D">
        <w:rPr>
          <w:rFonts w:ascii="Tahoma" w:hAnsi="Tahoma" w:cs="Tahoma"/>
        </w:rPr>
        <w:lastRenderedPageBreak/>
        <w:t>• Kvalitetsplagg</w:t>
      </w:r>
      <w:r w:rsidR="00000000" w:rsidRPr="00A1103D">
        <w:rPr>
          <w:rFonts w:ascii="Tahoma" w:hAnsi="Tahoma" w:cs="Tahoma"/>
        </w:rPr>
        <w:br/>
      </w:r>
      <w:r w:rsidR="00000000" w:rsidRPr="00A1103D">
        <w:rPr>
          <w:rFonts w:ascii="Tahoma" w:hAnsi="Tahoma" w:cs="Tahoma"/>
        </w:rPr>
        <w:br/>
        <w:t>Vi tar ikke imot</w:t>
      </w:r>
      <w:r w:rsidR="00000000" w:rsidRPr="00A1103D">
        <w:rPr>
          <w:rFonts w:ascii="Tahoma" w:hAnsi="Tahoma" w:cs="Tahoma"/>
        </w:rPr>
        <w:br/>
      </w:r>
      <w:r w:rsidR="00000000" w:rsidRPr="00A1103D">
        <w:rPr>
          <w:rFonts w:ascii="Tahoma" w:hAnsi="Tahoma" w:cs="Tahoma"/>
        </w:rPr>
        <w:br/>
        <w:t>• Undertøy</w:t>
      </w:r>
      <w:r w:rsidR="00000000" w:rsidRPr="00A1103D">
        <w:rPr>
          <w:rFonts w:ascii="Tahoma" w:hAnsi="Tahoma" w:cs="Tahoma"/>
        </w:rPr>
        <w:br/>
        <w:t>• Badetøy</w:t>
      </w:r>
      <w:r w:rsidR="00000000" w:rsidRPr="00A1103D">
        <w:rPr>
          <w:rFonts w:ascii="Tahoma" w:hAnsi="Tahoma" w:cs="Tahoma"/>
        </w:rPr>
        <w:br/>
        <w:t>• Treningstøy</w:t>
      </w:r>
      <w:r w:rsidR="00000000" w:rsidRPr="00A1103D">
        <w:rPr>
          <w:rFonts w:ascii="Tahoma" w:hAnsi="Tahoma" w:cs="Tahoma"/>
        </w:rPr>
        <w:br/>
        <w:t>• Ekte pels</w:t>
      </w:r>
      <w:r w:rsidR="00000000" w:rsidRPr="00A1103D">
        <w:rPr>
          <w:rFonts w:ascii="Tahoma" w:hAnsi="Tahoma" w:cs="Tahoma"/>
        </w:rPr>
        <w:br/>
        <w:t>• Brudekjoler</w:t>
      </w:r>
      <w:r w:rsidR="00000000" w:rsidRPr="00A1103D">
        <w:rPr>
          <w:rFonts w:ascii="Tahoma" w:hAnsi="Tahoma" w:cs="Tahoma"/>
        </w:rPr>
        <w:br/>
        <w:t>• Ballkjoler</w:t>
      </w:r>
      <w:r w:rsidR="00000000" w:rsidRPr="00A1103D">
        <w:rPr>
          <w:rFonts w:ascii="Tahoma" w:hAnsi="Tahoma" w:cs="Tahoma"/>
        </w:rPr>
        <w:br/>
        <w:t>• Gravidklær</w:t>
      </w:r>
      <w:r w:rsidR="00000000" w:rsidRPr="00A1103D">
        <w:rPr>
          <w:rFonts w:ascii="Tahoma" w:hAnsi="Tahoma" w:cs="Tahoma"/>
        </w:rPr>
        <w:br/>
        <w:t>• Piratkopier</w:t>
      </w:r>
      <w:r w:rsidR="00000000" w:rsidRPr="00A1103D">
        <w:rPr>
          <w:rFonts w:ascii="Tahoma" w:hAnsi="Tahoma" w:cs="Tahoma"/>
        </w:rPr>
        <w:br/>
      </w:r>
      <w:r w:rsidR="00000000" w:rsidRPr="00A1103D">
        <w:rPr>
          <w:rFonts w:ascii="Tahoma" w:hAnsi="Tahoma" w:cs="Tahoma"/>
        </w:rPr>
        <w:br/>
        <w:t>Vi tar heller ikke imot varer med ønsket salgspris over kr 7 000.</w:t>
      </w:r>
      <w:r w:rsidR="00000000" w:rsidRPr="00A1103D">
        <w:rPr>
          <w:rFonts w:ascii="Tahoma" w:hAnsi="Tahoma" w:cs="Tahoma"/>
        </w:rPr>
        <w:br/>
      </w:r>
      <w:r w:rsidR="00000000" w:rsidRPr="00A1103D">
        <w:rPr>
          <w:rFonts w:ascii="Tahoma" w:hAnsi="Tahoma" w:cs="Tahoma"/>
        </w:rPr>
        <w:br/>
        <w:t>Vi kan ikke garantere salg, men gjør vårt beste for å gi varene et nytt liv.</w:t>
      </w:r>
      <w:r w:rsidR="00000000" w:rsidRPr="00A1103D">
        <w:rPr>
          <w:rFonts w:ascii="Tahoma" w:hAnsi="Tahoma" w:cs="Tahoma"/>
        </w:rPr>
        <w:br/>
      </w:r>
      <w:r w:rsidR="00000000" w:rsidRPr="00A1103D">
        <w:rPr>
          <w:rFonts w:ascii="Tahoma" w:hAnsi="Tahoma" w:cs="Tahoma"/>
        </w:rPr>
        <w:br/>
        <w:t>Takk for at du bidrar til et mer sirkulært Asker!</w:t>
      </w:r>
    </w:p>
    <w:sectPr w:rsidR="00BC6F7D" w:rsidRPr="00A1103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merertliste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merertliste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ktlist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ktlist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merertliste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ktlist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23297859">
    <w:abstractNumId w:val="8"/>
  </w:num>
  <w:num w:numId="2" w16cid:durableId="416950928">
    <w:abstractNumId w:val="6"/>
  </w:num>
  <w:num w:numId="3" w16cid:durableId="125779570">
    <w:abstractNumId w:val="5"/>
  </w:num>
  <w:num w:numId="4" w16cid:durableId="917858848">
    <w:abstractNumId w:val="4"/>
  </w:num>
  <w:num w:numId="5" w16cid:durableId="104233800">
    <w:abstractNumId w:val="7"/>
  </w:num>
  <w:num w:numId="6" w16cid:durableId="909193159">
    <w:abstractNumId w:val="3"/>
  </w:num>
  <w:num w:numId="7" w16cid:durableId="1372880724">
    <w:abstractNumId w:val="2"/>
  </w:num>
  <w:num w:numId="8" w16cid:durableId="262154666">
    <w:abstractNumId w:val="1"/>
  </w:num>
  <w:num w:numId="9" w16cid:durableId="13011090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A1103D"/>
    <w:rsid w:val="00AA1D8D"/>
    <w:rsid w:val="00B47730"/>
    <w:rsid w:val="00BC6F7D"/>
    <w:rsid w:val="00C71008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A4F722"/>
  <w14:defaultImageDpi w14:val="300"/>
  <w15:docId w15:val="{2CD204A3-68F3-4804-918C-117B7BCDB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Overskrift1">
    <w:name w:val="heading 1"/>
    <w:basedOn w:val="Normal"/>
    <w:next w:val="Normal"/>
    <w:link w:val="Overskrift1Teg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E618BF"/>
  </w:style>
  <w:style w:type="paragraph" w:styleId="Bunntekst">
    <w:name w:val="footer"/>
    <w:basedOn w:val="Normal"/>
    <w:link w:val="BunntekstTeg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E618BF"/>
  </w:style>
  <w:style w:type="paragraph" w:styleId="Ingenmellomrom">
    <w:name w:val="No Spacing"/>
    <w:uiPriority w:val="1"/>
    <w:qFormat/>
    <w:rsid w:val="00FC693F"/>
    <w:pPr>
      <w:spacing w:after="0" w:line="240" w:lineRule="auto"/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tel">
    <w:name w:val="Title"/>
    <w:basedOn w:val="Normal"/>
    <w:next w:val="Normal"/>
    <w:link w:val="TittelTeg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avsnitt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rdtekst">
    <w:name w:val="Body Text"/>
    <w:basedOn w:val="Normal"/>
    <w:link w:val="BrdtekstTegn"/>
    <w:uiPriority w:val="99"/>
    <w:unhideWhenUsed/>
    <w:rsid w:val="00AA1D8D"/>
    <w:pPr>
      <w:spacing w:after="120"/>
    </w:pPr>
  </w:style>
  <w:style w:type="character" w:customStyle="1" w:styleId="BrdtekstTegn">
    <w:name w:val="Brødtekst Tegn"/>
    <w:basedOn w:val="Standardskriftforavsnitt"/>
    <w:link w:val="Brdtekst"/>
    <w:uiPriority w:val="99"/>
    <w:rsid w:val="00AA1D8D"/>
  </w:style>
  <w:style w:type="paragraph" w:styleId="Brdtekst2">
    <w:name w:val="Body Text 2"/>
    <w:basedOn w:val="Normal"/>
    <w:link w:val="Brdtekst2Tegn"/>
    <w:uiPriority w:val="99"/>
    <w:unhideWhenUsed/>
    <w:rsid w:val="00AA1D8D"/>
    <w:pPr>
      <w:spacing w:after="120" w:line="480" w:lineRule="auto"/>
    </w:pPr>
  </w:style>
  <w:style w:type="character" w:customStyle="1" w:styleId="Brdtekst2Tegn">
    <w:name w:val="Brødtekst 2 Tegn"/>
    <w:basedOn w:val="Standardskriftforavsnitt"/>
    <w:link w:val="Brdtekst2"/>
    <w:uiPriority w:val="99"/>
    <w:rsid w:val="00AA1D8D"/>
  </w:style>
  <w:style w:type="paragraph" w:styleId="Brdtekst3">
    <w:name w:val="Body Text 3"/>
    <w:basedOn w:val="Normal"/>
    <w:link w:val="Brdtekst3Teg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foravsnitt"/>
    <w:link w:val="Brdtekst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Punktliste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Punktliste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Punktliste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merertliste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merertliste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merertliste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-forts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-forts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-forts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tekst">
    <w:name w:val="macro"/>
    <w:link w:val="MakrotekstTeg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kstTegn">
    <w:name w:val="Makrotekst Tegn"/>
    <w:basedOn w:val="Standardskriftforavsnitt"/>
    <w:link w:val="Makrotekst"/>
    <w:uiPriority w:val="99"/>
    <w:rsid w:val="0029639D"/>
    <w:rPr>
      <w:rFonts w:ascii="Courier" w:hAnsi="Courier"/>
      <w:sz w:val="20"/>
      <w:szCs w:val="20"/>
    </w:rPr>
  </w:style>
  <w:style w:type="paragraph" w:styleId="Sitat">
    <w:name w:val="Quote"/>
    <w:basedOn w:val="Normal"/>
    <w:next w:val="Normal"/>
    <w:link w:val="SitatTegn"/>
    <w:uiPriority w:val="29"/>
    <w:qFormat/>
    <w:rsid w:val="00FC693F"/>
    <w:rPr>
      <w:i/>
      <w:iCs/>
      <w:color w:val="000000" w:themeColor="text1"/>
    </w:rPr>
  </w:style>
  <w:style w:type="character" w:customStyle="1" w:styleId="SitatTegn">
    <w:name w:val="Sitat Tegn"/>
    <w:basedOn w:val="Standardskriftforavsnitt"/>
    <w:link w:val="Sitat"/>
    <w:uiPriority w:val="29"/>
    <w:rsid w:val="00FC693F"/>
    <w:rPr>
      <w:i/>
      <w:iCs/>
      <w:color w:val="000000" w:themeColor="text1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ldetekst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erk">
    <w:name w:val="Strong"/>
    <w:basedOn w:val="Standardskriftforavsnitt"/>
    <w:uiPriority w:val="22"/>
    <w:qFormat/>
    <w:rsid w:val="00FC693F"/>
    <w:rPr>
      <w:b/>
      <w:bCs/>
    </w:rPr>
  </w:style>
  <w:style w:type="character" w:styleId="Utheving">
    <w:name w:val="Emphasis"/>
    <w:basedOn w:val="Standardskriftforavsnitt"/>
    <w:uiPriority w:val="20"/>
    <w:qFormat/>
    <w:rsid w:val="00FC693F"/>
    <w:rPr>
      <w:i/>
      <w:iCs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FC693F"/>
    <w:rPr>
      <w:b/>
      <w:bCs/>
      <w:i/>
      <w:iCs/>
      <w:color w:val="4F81BD" w:themeColor="accent1"/>
    </w:rPr>
  </w:style>
  <w:style w:type="character" w:styleId="Svakutheving">
    <w:name w:val="Subtle Emphasis"/>
    <w:basedOn w:val="Standardskriftforavsnitt"/>
    <w:uiPriority w:val="19"/>
    <w:qFormat/>
    <w:rsid w:val="00FC693F"/>
    <w:rPr>
      <w:i/>
      <w:iCs/>
      <w:color w:val="808080" w:themeColor="text1" w:themeTint="7F"/>
    </w:rPr>
  </w:style>
  <w:style w:type="character" w:styleId="Sterkutheving">
    <w:name w:val="Intense Emphasis"/>
    <w:basedOn w:val="Standardskriftforavsnitt"/>
    <w:uiPriority w:val="21"/>
    <w:qFormat/>
    <w:rsid w:val="00FC693F"/>
    <w:rPr>
      <w:b/>
      <w:bCs/>
      <w:i/>
      <w:iCs/>
      <w:color w:val="4F81BD" w:themeColor="accent1"/>
    </w:rPr>
  </w:style>
  <w:style w:type="character" w:styleId="Svakreferanse">
    <w:name w:val="Subtle Reference"/>
    <w:basedOn w:val="Standardskriftforavsnitt"/>
    <w:uiPriority w:val="31"/>
    <w:qFormat/>
    <w:rsid w:val="00FC693F"/>
    <w:rPr>
      <w:smallCaps/>
      <w:color w:val="C0504D" w:themeColor="accent2"/>
      <w:u w:val="single"/>
    </w:rPr>
  </w:style>
  <w:style w:type="character" w:styleId="Sterkreferanse">
    <w:name w:val="Intense Reference"/>
    <w:basedOn w:val="Standardskriftforavsnit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ktittel">
    <w:name w:val="Book Title"/>
    <w:basedOn w:val="Standardskriftforavsnitt"/>
    <w:uiPriority w:val="33"/>
    <w:qFormat/>
    <w:rsid w:val="00FC693F"/>
    <w:rPr>
      <w:b/>
      <w:bCs/>
      <w:smallCaps/>
      <w:spacing w:val="5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FC693F"/>
    <w:pPr>
      <w:outlineLvl w:val="9"/>
    </w:pPr>
  </w:style>
  <w:style w:type="table" w:styleId="Tabellrutenett">
    <w:name w:val="Table Grid"/>
    <w:basedOn w:val="Vanligtabel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ysskyggelegging">
    <w:name w:val="Light Shading"/>
    <w:basedOn w:val="Vanligtabel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legginguthevingsfarge1">
    <w:name w:val="Light Shading Accent 1"/>
    <w:basedOn w:val="Vanligtabel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ysskyggelegginguthevingsfarge2">
    <w:name w:val="Light Shading Accent 2"/>
    <w:basedOn w:val="Vanligtabel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ysskyggelegginguthevingsfarge3">
    <w:name w:val="Light Shading Accent 3"/>
    <w:basedOn w:val="Vanligtabel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ysskyggelegginguthevingsfarge4">
    <w:name w:val="Light Shading Accent 4"/>
    <w:basedOn w:val="Vanligtabel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ysskyggelegginguthevingsfarge5">
    <w:name w:val="Light Shading Accent 5"/>
    <w:basedOn w:val="Vanligtabel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ysskyggelegginguthevingsfarge6">
    <w:name w:val="Light Shading Accent 6"/>
    <w:basedOn w:val="Vanligtabel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ysliste">
    <w:name w:val="Light List"/>
    <w:basedOn w:val="Vanlig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uthevingsfarge1">
    <w:name w:val="Light List Accent 1"/>
    <w:basedOn w:val="Vanlig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yslisteuthevingsfarge2">
    <w:name w:val="Light List Accent 2"/>
    <w:basedOn w:val="Vanlig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yslisteuthevingsfarge3">
    <w:name w:val="Light List Accent 3"/>
    <w:basedOn w:val="Vanlig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yslisteuthevingsfarge4">
    <w:name w:val="Light List Accent 4"/>
    <w:basedOn w:val="Vanlig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yslisteuthevingsfarge5">
    <w:name w:val="Light List Accent 5"/>
    <w:basedOn w:val="Vanlig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yslisteuthevingsfarge6">
    <w:name w:val="Light List Accent 6"/>
    <w:basedOn w:val="Vanlig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ystrutenett">
    <w:name w:val="Light Grid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rutenettuthevingsfarge1">
    <w:name w:val="Light Grid Accent 1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ystrutenettuthevingsfarge2">
    <w:name w:val="Light Grid Accent 2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ystrutenettuthevingsfarge3">
    <w:name w:val="Light Grid Accent 3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ystrutenettuthevingsfarge4">
    <w:name w:val="Light Grid Accent 4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ystrutenettuthevingsfarge5">
    <w:name w:val="Light Grid Accent 5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ystrutenettuthevingsfarge6">
    <w:name w:val="Light Grid Accent 6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ddelsskyggelegging1">
    <w:name w:val="Medium Shading 1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1">
    <w:name w:val="Medium Shading 1 Accent 1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2">
    <w:name w:val="Medium Shading 1 Accent 2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3">
    <w:name w:val="Medium Shading 1 Accent 3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4">
    <w:name w:val="Medium Shading 1 Accent 4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5">
    <w:name w:val="Medium Shading 1 Accent 5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6">
    <w:name w:val="Medium Shading 1 Accent 6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2">
    <w:name w:val="Medium Shading 2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1">
    <w:name w:val="Medium Shading 2 Accent 1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2">
    <w:name w:val="Medium Shading 2 Accent 2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3">
    <w:name w:val="Medium Shading 2 Accent 3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4">
    <w:name w:val="Medium Shading 2 Accent 4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5">
    <w:name w:val="Medium Shading 2 Accent 5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6">
    <w:name w:val="Medium Shading 2 Accent 6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liste1">
    <w:name w:val="Medium List 1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ddelsliste1uthevingsfarge1">
    <w:name w:val="Medium List 1 Accent 1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ddelsliste1uthevingsfarge2">
    <w:name w:val="Medium List 1 Accent 2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ddelsliste1uthevingsfarge3">
    <w:name w:val="Medium List 1 Accent 3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ddelsliste1uthevingsfarge4">
    <w:name w:val="Medium List 1 Accent 4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ddelsliste1uthevingsfarge5">
    <w:name w:val="Medium List 1 Accent 5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ddelsliste1uthevingsfarge6">
    <w:name w:val="Medium List 1 Accent 6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ddelsliste2">
    <w:name w:val="Medium List 2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1">
    <w:name w:val="Medium List 2 Accent 1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2">
    <w:name w:val="Medium List 2 Accent 2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3">
    <w:name w:val="Medium List 2 Accent 3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4">
    <w:name w:val="Medium List 2 Accent 4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5">
    <w:name w:val="Medium List 2 Accent 5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6">
    <w:name w:val="Medium List 2 Accent 6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rutenett1">
    <w:name w:val="Medium Grid 1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ddelsrutenett1uthevingsfarge1">
    <w:name w:val="Medium Grid 1 Accent 1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ddelsrutenett1uthevingsfarge2">
    <w:name w:val="Medium Grid 1 Accent 2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ddelsrutenett1uthevingsfarge3">
    <w:name w:val="Medium Grid 1 Accent 3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ddelsrutenett1uthevingsfarge4">
    <w:name w:val="Medium Grid 1 Accent 4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ddelsrutenett1uthevingsfarge5">
    <w:name w:val="Medium Grid 1 Accent 5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ddelsrutenett1uthevingsfarge6">
    <w:name w:val="Medium Grid 1 Accent 6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ddelsrutenett2">
    <w:name w:val="Medium Grid 2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1">
    <w:name w:val="Medium Grid 2 Accent 1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2">
    <w:name w:val="Medium Grid 2 Accent 2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3">
    <w:name w:val="Medium Grid 2 Accent 3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4">
    <w:name w:val="Medium Grid 2 Accent 4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5">
    <w:name w:val="Medium Grid 2 Accent 5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6">
    <w:name w:val="Medium Grid 2 Accent 6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3">
    <w:name w:val="Medium Grid 3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ddelsrutenett3uthevingsfarge1">
    <w:name w:val="Medium Grid 3 Accent 1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ddelsrutenett3uthevingsfarge2">
    <w:name w:val="Medium Grid 3 Accent 2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ddelsrutenett3uthevingsfarge3">
    <w:name w:val="Medium Grid 3 Accent 3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ddelsrutenett3uthevingsfarge4">
    <w:name w:val="Medium Grid 3 Accent 4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ddelsrutenett3uthevingsfarge5">
    <w:name w:val="Medium Grid 3 Accent 5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ddelsrutenett3uthevingsfarge6">
    <w:name w:val="Medium Grid 3 Accent 6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rkliste">
    <w:name w:val="Dark List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uthevingsfarge1">
    <w:name w:val="Dark List Accent 1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Mrklisteuthevingsfarge2">
    <w:name w:val="Dark List Accent 2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Mrklisteuthevingsfarge3">
    <w:name w:val="Dark List Accent 3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Mrklisteuthevingsfarge4">
    <w:name w:val="Dark List Accent 4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rklisteuthevingsfarge5">
    <w:name w:val="Dark List Accent 5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Mrklisteuthevingsfarge6">
    <w:name w:val="Dark List Accent 6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gerikskyggelegging">
    <w:name w:val="Colorful Shading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1">
    <w:name w:val="Colorful Shading Accent 1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2">
    <w:name w:val="Colorful Shading Accent 2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3">
    <w:name w:val="Colorful Shading Accent 3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gerikskyggelegginguthevingsfarge4">
    <w:name w:val="Colorful Shading Accent 4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5">
    <w:name w:val="Colorful Shading Accent 5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6">
    <w:name w:val="Colorful Shading Accent 6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liste">
    <w:name w:val="Colorful List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geriklisteuthevingsfarge1">
    <w:name w:val="Colorful List Accent 1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geriklisteuthevingsfarge2">
    <w:name w:val="Colorful List Accent 2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geriklisteuthevingsfarge3">
    <w:name w:val="Colorful List Accent 3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geriklisteuthevingsfarge4">
    <w:name w:val="Colorful List Accent 4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geriklisteuthevingsfarge5">
    <w:name w:val="Colorful List Accent 5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geriklisteuthevingsfarge6">
    <w:name w:val="Colorful List Accent 6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geriktrutenett">
    <w:name w:val="Colorful Grid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geriktrutenettuthevingsfarge1">
    <w:name w:val="Colorful Grid Accent 1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geriktrutenettuthevingsfarge2">
    <w:name w:val="Colorful Grid Accent 2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geriktrutenettuthevingsfarge3">
    <w:name w:val="Colorful Grid Accent 3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geriktrutenettuthevingsfarge4">
    <w:name w:val="Colorful Grid Accent 4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geriktrutenettuthevingsfarge5">
    <w:name w:val="Colorful Grid Accent 5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geriktrutenettuthevingsfarge6">
    <w:name w:val="Colorful Grid Accent 6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411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2586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Linda Sofia</cp:lastModifiedBy>
  <cp:revision>2</cp:revision>
  <dcterms:created xsi:type="dcterms:W3CDTF">2026-08-05T06:53:00Z</dcterms:created>
  <dcterms:modified xsi:type="dcterms:W3CDTF">2026-08-05T06:53:00Z</dcterms:modified>
  <cp:category/>
</cp:coreProperties>
</file>